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96E85E" w14:textId="77777777" w:rsidR="006625C1" w:rsidRDefault="00F755C1" w:rsidP="006625C1">
      <w:pPr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DICHIARAZIONE SOSTITUTIVA DI CERTIFICAZIONE</w:t>
      </w:r>
    </w:p>
    <w:p w14:paraId="257B82C6" w14:textId="6FA02421" w:rsidR="00941138" w:rsidRDefault="00F755C1" w:rsidP="006625C1">
      <w:pPr>
        <w:jc w:val="center"/>
      </w:pPr>
      <w:r>
        <w:rPr>
          <w:b/>
          <w:sz w:val="24"/>
        </w:rPr>
        <w:t>(art. 46 del D.P.R. 445 del 28/12/2000 e s.m.i.)</w:t>
      </w:r>
    </w:p>
    <w:p w14:paraId="0E54A1F3" w14:textId="77777777" w:rsidR="00941138" w:rsidRDefault="00941138"/>
    <w:p w14:paraId="5FD5ADB5" w14:textId="367963B6" w:rsidR="00941138" w:rsidRDefault="00F755C1" w:rsidP="006625C1">
      <w:pPr>
        <w:jc w:val="both"/>
      </w:pPr>
      <w:r>
        <w:rPr>
          <w:sz w:val="24"/>
        </w:rPr>
        <w:t>Il sottoscritto ________________________________</w:t>
      </w:r>
      <w:r w:rsidR="006625C1">
        <w:rPr>
          <w:sz w:val="24"/>
        </w:rPr>
        <w:t>_______________________________________________________________</w:t>
      </w:r>
    </w:p>
    <w:p w14:paraId="7E6131BE" w14:textId="754FB2A3" w:rsidR="00941138" w:rsidRDefault="00F755C1" w:rsidP="006625C1">
      <w:pPr>
        <w:jc w:val="both"/>
      </w:pPr>
      <w:proofErr w:type="spellStart"/>
      <w:r>
        <w:rPr>
          <w:sz w:val="24"/>
        </w:rPr>
        <w:t>nato</w:t>
      </w:r>
      <w:proofErr w:type="spellEnd"/>
      <w:r>
        <w:rPr>
          <w:sz w:val="24"/>
        </w:rPr>
        <w:t xml:space="preserve"> a ________________________________</w:t>
      </w:r>
      <w:r w:rsidR="006625C1">
        <w:rPr>
          <w:sz w:val="24"/>
        </w:rPr>
        <w:t>_________________________________</w:t>
      </w:r>
      <w:r>
        <w:rPr>
          <w:sz w:val="24"/>
        </w:rPr>
        <w:t>_______</w:t>
      </w:r>
      <w:r w:rsidR="006625C1">
        <w:rPr>
          <w:sz w:val="24"/>
        </w:rPr>
        <w:t xml:space="preserve"> </w:t>
      </w:r>
      <w:proofErr w:type="spellStart"/>
      <w:r>
        <w:rPr>
          <w:sz w:val="24"/>
        </w:rPr>
        <w:t>il</w:t>
      </w:r>
      <w:proofErr w:type="spellEnd"/>
      <w:r>
        <w:rPr>
          <w:sz w:val="24"/>
        </w:rPr>
        <w:t xml:space="preserve"> ___________________</w:t>
      </w:r>
      <w:r w:rsidR="006625C1">
        <w:rPr>
          <w:sz w:val="24"/>
        </w:rPr>
        <w:t>_________</w:t>
      </w:r>
    </w:p>
    <w:p w14:paraId="2C9025B2" w14:textId="21F7787B" w:rsidR="00941138" w:rsidRDefault="00F755C1" w:rsidP="006625C1">
      <w:pPr>
        <w:jc w:val="both"/>
      </w:pPr>
      <w:proofErr w:type="spellStart"/>
      <w:r>
        <w:rPr>
          <w:sz w:val="24"/>
        </w:rPr>
        <w:t>residente</w:t>
      </w:r>
      <w:proofErr w:type="spellEnd"/>
      <w:r>
        <w:rPr>
          <w:sz w:val="24"/>
        </w:rPr>
        <w:t xml:space="preserve"> in ________________</w:t>
      </w:r>
      <w:r w:rsidR="006625C1">
        <w:rPr>
          <w:sz w:val="24"/>
        </w:rPr>
        <w:t>______</w:t>
      </w:r>
      <w:r>
        <w:rPr>
          <w:sz w:val="24"/>
        </w:rPr>
        <w:t>________________</w:t>
      </w:r>
      <w:r w:rsidR="006625C1">
        <w:rPr>
          <w:sz w:val="24"/>
        </w:rPr>
        <w:t xml:space="preserve"> </w:t>
      </w:r>
      <w:r>
        <w:rPr>
          <w:sz w:val="24"/>
        </w:rPr>
        <w:t>Via __________</w:t>
      </w:r>
      <w:r w:rsidR="006625C1">
        <w:rPr>
          <w:sz w:val="24"/>
        </w:rPr>
        <w:t>____</w:t>
      </w:r>
      <w:r>
        <w:rPr>
          <w:sz w:val="24"/>
        </w:rPr>
        <w:t>____________________________ n. _____</w:t>
      </w:r>
      <w:r w:rsidR="006625C1">
        <w:rPr>
          <w:sz w:val="24"/>
        </w:rPr>
        <w:t>___</w:t>
      </w:r>
    </w:p>
    <w:p w14:paraId="3102F4F5" w14:textId="77777777" w:rsidR="00941138" w:rsidRPr="001B04DF" w:rsidRDefault="00941138">
      <w:pPr>
        <w:rPr>
          <w:sz w:val="10"/>
          <w:szCs w:val="10"/>
        </w:rPr>
      </w:pPr>
    </w:p>
    <w:p w14:paraId="597C25EE" w14:textId="77777777" w:rsidR="00941138" w:rsidRDefault="00F755C1" w:rsidP="006625C1">
      <w:pPr>
        <w:jc w:val="center"/>
      </w:pPr>
      <w:r>
        <w:rPr>
          <w:sz w:val="24"/>
        </w:rPr>
        <w:t>Informato sulle sanzioni penali previste dall'art. 76 del D.P.R. 445/20</w:t>
      </w:r>
      <w:r>
        <w:rPr>
          <w:sz w:val="24"/>
        </w:rPr>
        <w:t>00 in caso di false dichiarazioni e conscio delle finalità e modalità di trattamento dei propri dati personali come da D.Lgs. 196/03, per il quale esprime il consenso limitatamente al presente provvedimento,</w:t>
      </w:r>
    </w:p>
    <w:p w14:paraId="0AC80DE1" w14:textId="77777777" w:rsidR="00941138" w:rsidRPr="001B04DF" w:rsidRDefault="00941138" w:rsidP="006625C1">
      <w:pPr>
        <w:jc w:val="center"/>
        <w:rPr>
          <w:sz w:val="10"/>
          <w:szCs w:val="10"/>
        </w:rPr>
      </w:pPr>
    </w:p>
    <w:p w14:paraId="37C9323A" w14:textId="77777777" w:rsidR="00941138" w:rsidRDefault="00F755C1" w:rsidP="006625C1">
      <w:pPr>
        <w:jc w:val="center"/>
      </w:pPr>
      <w:r>
        <w:rPr>
          <w:b/>
          <w:sz w:val="24"/>
        </w:rPr>
        <w:t>DICHIARA QUANTO SEGUE</w:t>
      </w:r>
    </w:p>
    <w:p w14:paraId="3C98AB78" w14:textId="77777777" w:rsidR="00941138" w:rsidRPr="001B04DF" w:rsidRDefault="00941138">
      <w:pPr>
        <w:rPr>
          <w:sz w:val="10"/>
          <w:szCs w:val="10"/>
        </w:rPr>
      </w:pPr>
    </w:p>
    <w:p w14:paraId="47F6F09C" w14:textId="3CB3A164" w:rsidR="00941138" w:rsidRDefault="00F755C1" w:rsidP="006625C1">
      <w:pPr>
        <w:pStyle w:val="Paragrafoelenco"/>
        <w:numPr>
          <w:ilvl w:val="0"/>
          <w:numId w:val="13"/>
        </w:numPr>
        <w:spacing w:line="360" w:lineRule="auto"/>
        <w:ind w:left="426"/>
      </w:pPr>
      <w:r w:rsidRPr="006625C1">
        <w:rPr>
          <w:sz w:val="24"/>
        </w:rPr>
        <w:t xml:space="preserve">di aver </w:t>
      </w:r>
      <w:proofErr w:type="spellStart"/>
      <w:r w:rsidRPr="006625C1">
        <w:rPr>
          <w:sz w:val="24"/>
        </w:rPr>
        <w:t>conseguito</w:t>
      </w:r>
      <w:proofErr w:type="spellEnd"/>
      <w:r w:rsidRPr="006625C1">
        <w:rPr>
          <w:sz w:val="24"/>
        </w:rPr>
        <w:t xml:space="preserve"> la </w:t>
      </w:r>
      <w:proofErr w:type="spellStart"/>
      <w:r w:rsidRPr="006625C1">
        <w:rPr>
          <w:sz w:val="24"/>
        </w:rPr>
        <w:t>la</w:t>
      </w:r>
      <w:r w:rsidRPr="006625C1">
        <w:rPr>
          <w:sz w:val="24"/>
        </w:rPr>
        <w:t>urea</w:t>
      </w:r>
      <w:proofErr w:type="spellEnd"/>
      <w:r w:rsidRPr="006625C1">
        <w:rPr>
          <w:sz w:val="24"/>
        </w:rPr>
        <w:t xml:space="preserve"> in __________________________________________</w:t>
      </w:r>
      <w:r w:rsidR="006625C1">
        <w:rPr>
          <w:sz w:val="24"/>
        </w:rPr>
        <w:t>____________________________</w:t>
      </w:r>
      <w:r w:rsidRPr="006625C1">
        <w:rPr>
          <w:sz w:val="24"/>
        </w:rPr>
        <w:t xml:space="preserve">__ </w:t>
      </w:r>
      <w:proofErr w:type="spellStart"/>
      <w:r w:rsidRPr="006625C1">
        <w:rPr>
          <w:sz w:val="24"/>
        </w:rPr>
        <w:t>presso</w:t>
      </w:r>
      <w:proofErr w:type="spellEnd"/>
      <w:r w:rsidRPr="006625C1">
        <w:rPr>
          <w:sz w:val="24"/>
        </w:rPr>
        <w:t xml:space="preserve"> </w:t>
      </w:r>
      <w:proofErr w:type="spellStart"/>
      <w:r w:rsidRPr="006625C1">
        <w:rPr>
          <w:sz w:val="24"/>
        </w:rPr>
        <w:t>l'</w:t>
      </w:r>
      <w:r w:rsidR="006625C1">
        <w:rPr>
          <w:sz w:val="24"/>
        </w:rPr>
        <w:t>U</w:t>
      </w:r>
      <w:r w:rsidRPr="006625C1">
        <w:rPr>
          <w:sz w:val="24"/>
        </w:rPr>
        <w:t>niversità</w:t>
      </w:r>
      <w:proofErr w:type="spellEnd"/>
      <w:r w:rsidRPr="006625C1">
        <w:rPr>
          <w:sz w:val="24"/>
        </w:rPr>
        <w:t xml:space="preserve"> di __________________</w:t>
      </w:r>
      <w:r w:rsidR="006625C1">
        <w:rPr>
          <w:sz w:val="24"/>
        </w:rPr>
        <w:t>___________________</w:t>
      </w:r>
      <w:r w:rsidRPr="006625C1">
        <w:rPr>
          <w:sz w:val="24"/>
        </w:rPr>
        <w:t xml:space="preserve">________ </w:t>
      </w:r>
      <w:proofErr w:type="spellStart"/>
      <w:r w:rsidRPr="006625C1">
        <w:rPr>
          <w:sz w:val="24"/>
        </w:rPr>
        <w:t>il</w:t>
      </w:r>
      <w:proofErr w:type="spellEnd"/>
      <w:r w:rsidRPr="006625C1">
        <w:rPr>
          <w:sz w:val="24"/>
        </w:rPr>
        <w:t xml:space="preserve"> _______________</w:t>
      </w:r>
      <w:r w:rsidR="006625C1">
        <w:rPr>
          <w:sz w:val="24"/>
        </w:rPr>
        <w:t>__________________</w:t>
      </w:r>
      <w:r w:rsidRPr="006625C1">
        <w:rPr>
          <w:sz w:val="24"/>
        </w:rPr>
        <w:t>;</w:t>
      </w:r>
    </w:p>
    <w:p w14:paraId="67797E97" w14:textId="5BD0B3E2" w:rsidR="00941138" w:rsidRDefault="00F755C1" w:rsidP="006625C1">
      <w:pPr>
        <w:pStyle w:val="Paragrafoelenco"/>
        <w:numPr>
          <w:ilvl w:val="0"/>
          <w:numId w:val="13"/>
        </w:numPr>
        <w:spacing w:line="360" w:lineRule="auto"/>
        <w:ind w:left="426"/>
      </w:pPr>
      <w:r w:rsidRPr="006625C1">
        <w:rPr>
          <w:sz w:val="24"/>
        </w:rPr>
        <w:t xml:space="preserve">di </w:t>
      </w:r>
      <w:proofErr w:type="spellStart"/>
      <w:r w:rsidRPr="006625C1">
        <w:rPr>
          <w:sz w:val="24"/>
        </w:rPr>
        <w:t>avere</w:t>
      </w:r>
      <w:proofErr w:type="spellEnd"/>
      <w:r w:rsidRPr="006625C1">
        <w:rPr>
          <w:sz w:val="24"/>
        </w:rPr>
        <w:t xml:space="preserve"> </w:t>
      </w:r>
      <w:proofErr w:type="spellStart"/>
      <w:r w:rsidRPr="006625C1">
        <w:rPr>
          <w:sz w:val="24"/>
        </w:rPr>
        <w:t>conseguito</w:t>
      </w:r>
      <w:proofErr w:type="spellEnd"/>
      <w:r w:rsidRPr="006625C1">
        <w:rPr>
          <w:sz w:val="24"/>
        </w:rPr>
        <w:t xml:space="preserve"> </w:t>
      </w:r>
      <w:proofErr w:type="spellStart"/>
      <w:r w:rsidRPr="006625C1">
        <w:rPr>
          <w:sz w:val="24"/>
        </w:rPr>
        <w:t>l'abilitazione</w:t>
      </w:r>
      <w:proofErr w:type="spellEnd"/>
      <w:r w:rsidRPr="006625C1">
        <w:rPr>
          <w:sz w:val="24"/>
        </w:rPr>
        <w:t xml:space="preserve"> </w:t>
      </w:r>
      <w:proofErr w:type="spellStart"/>
      <w:r w:rsidRPr="006625C1">
        <w:rPr>
          <w:sz w:val="24"/>
        </w:rPr>
        <w:t>presso</w:t>
      </w:r>
      <w:proofErr w:type="spellEnd"/>
      <w:r w:rsidRPr="006625C1">
        <w:rPr>
          <w:sz w:val="24"/>
        </w:rPr>
        <w:t xml:space="preserve"> </w:t>
      </w:r>
      <w:proofErr w:type="spellStart"/>
      <w:r w:rsidRPr="006625C1">
        <w:rPr>
          <w:sz w:val="24"/>
        </w:rPr>
        <w:t>l'Università</w:t>
      </w:r>
      <w:proofErr w:type="spellEnd"/>
      <w:r w:rsidRPr="006625C1">
        <w:rPr>
          <w:sz w:val="24"/>
        </w:rPr>
        <w:t xml:space="preserve"> di ________</w:t>
      </w:r>
      <w:r w:rsidR="006625C1">
        <w:rPr>
          <w:sz w:val="24"/>
        </w:rPr>
        <w:t>_________________</w:t>
      </w:r>
      <w:r w:rsidRPr="006625C1">
        <w:rPr>
          <w:sz w:val="24"/>
        </w:rPr>
        <w:t xml:space="preserve">__________________ </w:t>
      </w:r>
      <w:proofErr w:type="spellStart"/>
      <w:r w:rsidRPr="006625C1">
        <w:rPr>
          <w:sz w:val="24"/>
        </w:rPr>
        <w:t>il</w:t>
      </w:r>
      <w:proofErr w:type="spellEnd"/>
      <w:r w:rsidRPr="006625C1">
        <w:rPr>
          <w:sz w:val="24"/>
        </w:rPr>
        <w:t xml:space="preserve"> ______</w:t>
      </w:r>
      <w:r w:rsidR="006625C1">
        <w:rPr>
          <w:sz w:val="24"/>
        </w:rPr>
        <w:t>______________</w:t>
      </w:r>
      <w:r w:rsidRPr="006625C1">
        <w:rPr>
          <w:sz w:val="24"/>
        </w:rPr>
        <w:t xml:space="preserve">_________; </w:t>
      </w:r>
      <w:proofErr w:type="spellStart"/>
      <w:r w:rsidRPr="006625C1">
        <w:rPr>
          <w:sz w:val="24"/>
        </w:rPr>
        <w:t>prot.</w:t>
      </w:r>
      <w:proofErr w:type="spellEnd"/>
      <w:r w:rsidRPr="006625C1">
        <w:rPr>
          <w:sz w:val="24"/>
        </w:rPr>
        <w:t xml:space="preserve"> n. _______</w:t>
      </w:r>
      <w:r w:rsidR="006625C1">
        <w:rPr>
          <w:sz w:val="24"/>
        </w:rPr>
        <w:t>____________</w:t>
      </w:r>
      <w:r w:rsidRPr="006625C1">
        <w:rPr>
          <w:sz w:val="24"/>
        </w:rPr>
        <w:t>___________;</w:t>
      </w:r>
    </w:p>
    <w:p w14:paraId="3AFA529A" w14:textId="4931B876" w:rsidR="00941138" w:rsidRDefault="00F755C1" w:rsidP="006625C1">
      <w:pPr>
        <w:pStyle w:val="Paragrafoelenco"/>
        <w:numPr>
          <w:ilvl w:val="0"/>
          <w:numId w:val="13"/>
        </w:numPr>
        <w:spacing w:line="360" w:lineRule="auto"/>
        <w:ind w:left="426"/>
      </w:pPr>
      <w:r w:rsidRPr="006625C1">
        <w:rPr>
          <w:sz w:val="24"/>
        </w:rPr>
        <w:t xml:space="preserve">di </w:t>
      </w:r>
      <w:proofErr w:type="spellStart"/>
      <w:r w:rsidRPr="006625C1">
        <w:rPr>
          <w:sz w:val="24"/>
        </w:rPr>
        <w:t>essere</w:t>
      </w:r>
      <w:proofErr w:type="spellEnd"/>
      <w:r w:rsidRPr="006625C1">
        <w:rPr>
          <w:sz w:val="24"/>
        </w:rPr>
        <w:t xml:space="preserve"> </w:t>
      </w:r>
      <w:proofErr w:type="spellStart"/>
      <w:r w:rsidRPr="006625C1">
        <w:rPr>
          <w:sz w:val="24"/>
        </w:rPr>
        <w:t>nato</w:t>
      </w:r>
      <w:proofErr w:type="spellEnd"/>
      <w:r w:rsidRPr="006625C1">
        <w:rPr>
          <w:sz w:val="24"/>
        </w:rPr>
        <w:t xml:space="preserve"> a _____________________________</w:t>
      </w:r>
      <w:r w:rsidR="006625C1">
        <w:rPr>
          <w:sz w:val="24"/>
        </w:rPr>
        <w:t>_______</w:t>
      </w:r>
      <w:r w:rsidRPr="006625C1">
        <w:rPr>
          <w:sz w:val="24"/>
        </w:rPr>
        <w:t>_____ il ______</w:t>
      </w:r>
      <w:r w:rsidR="006625C1">
        <w:rPr>
          <w:sz w:val="24"/>
        </w:rPr>
        <w:t>_____</w:t>
      </w:r>
      <w:r w:rsidRPr="006625C1">
        <w:rPr>
          <w:sz w:val="24"/>
        </w:rPr>
        <w:t>_____________;</w:t>
      </w:r>
    </w:p>
    <w:p w14:paraId="303FBF6E" w14:textId="679C3D13" w:rsidR="00941138" w:rsidRDefault="00F755C1" w:rsidP="006625C1">
      <w:pPr>
        <w:pStyle w:val="Paragrafoelenco"/>
        <w:numPr>
          <w:ilvl w:val="0"/>
          <w:numId w:val="13"/>
        </w:numPr>
        <w:spacing w:line="360" w:lineRule="auto"/>
        <w:ind w:left="426"/>
      </w:pPr>
      <w:r w:rsidRPr="006625C1">
        <w:rPr>
          <w:sz w:val="24"/>
        </w:rPr>
        <w:t xml:space="preserve">di </w:t>
      </w:r>
      <w:proofErr w:type="spellStart"/>
      <w:r w:rsidRPr="006625C1">
        <w:rPr>
          <w:sz w:val="24"/>
        </w:rPr>
        <w:t>essere</w:t>
      </w:r>
      <w:proofErr w:type="spellEnd"/>
      <w:r w:rsidRPr="006625C1">
        <w:rPr>
          <w:sz w:val="24"/>
        </w:rPr>
        <w:t xml:space="preserve"> </w:t>
      </w:r>
      <w:proofErr w:type="spellStart"/>
      <w:r w:rsidRPr="006625C1">
        <w:rPr>
          <w:sz w:val="24"/>
        </w:rPr>
        <w:t>cittadino</w:t>
      </w:r>
      <w:proofErr w:type="spellEnd"/>
      <w:r w:rsidRPr="006625C1">
        <w:rPr>
          <w:sz w:val="24"/>
        </w:rPr>
        <w:t xml:space="preserve"> _____________________________</w:t>
      </w:r>
      <w:r w:rsidR="006625C1">
        <w:rPr>
          <w:sz w:val="24"/>
        </w:rPr>
        <w:t>______</w:t>
      </w:r>
      <w:r w:rsidRPr="006625C1">
        <w:rPr>
          <w:sz w:val="24"/>
        </w:rPr>
        <w:t>__;</w:t>
      </w:r>
    </w:p>
    <w:p w14:paraId="189F9E81" w14:textId="554D3FA2" w:rsidR="00941138" w:rsidRDefault="00F755C1" w:rsidP="006625C1">
      <w:pPr>
        <w:pStyle w:val="Paragrafoelenco"/>
        <w:numPr>
          <w:ilvl w:val="0"/>
          <w:numId w:val="13"/>
        </w:numPr>
        <w:spacing w:line="360" w:lineRule="auto"/>
        <w:ind w:left="426"/>
      </w:pPr>
      <w:r w:rsidRPr="006625C1">
        <w:rPr>
          <w:sz w:val="24"/>
        </w:rPr>
        <w:t xml:space="preserve">di </w:t>
      </w:r>
      <w:proofErr w:type="spellStart"/>
      <w:r w:rsidRPr="006625C1">
        <w:rPr>
          <w:sz w:val="24"/>
        </w:rPr>
        <w:t>essere</w:t>
      </w:r>
      <w:proofErr w:type="spellEnd"/>
      <w:r w:rsidRPr="006625C1">
        <w:rPr>
          <w:sz w:val="24"/>
        </w:rPr>
        <w:t xml:space="preserve"> </w:t>
      </w:r>
      <w:proofErr w:type="spellStart"/>
      <w:r w:rsidRPr="006625C1">
        <w:rPr>
          <w:sz w:val="24"/>
        </w:rPr>
        <w:t>residente</w:t>
      </w:r>
      <w:proofErr w:type="spellEnd"/>
      <w:r w:rsidRPr="006625C1">
        <w:rPr>
          <w:sz w:val="24"/>
        </w:rPr>
        <w:t xml:space="preserve"> a ________________________________</w:t>
      </w:r>
      <w:r w:rsidR="006625C1">
        <w:rPr>
          <w:sz w:val="24"/>
        </w:rPr>
        <w:t>_____________________</w:t>
      </w:r>
      <w:r w:rsidRPr="006625C1">
        <w:rPr>
          <w:sz w:val="24"/>
        </w:rPr>
        <w:t>__ CAP _</w:t>
      </w:r>
      <w:r w:rsidR="006625C1">
        <w:rPr>
          <w:sz w:val="24"/>
        </w:rPr>
        <w:t>____________</w:t>
      </w:r>
      <w:r w:rsidRPr="006625C1">
        <w:rPr>
          <w:sz w:val="24"/>
        </w:rPr>
        <w:t>_________ in Via __</w:t>
      </w:r>
      <w:r w:rsidR="006625C1">
        <w:rPr>
          <w:sz w:val="24"/>
        </w:rPr>
        <w:t>_____</w:t>
      </w:r>
      <w:r w:rsidRPr="006625C1">
        <w:rPr>
          <w:sz w:val="24"/>
        </w:rPr>
        <w:t>____________________</w:t>
      </w:r>
      <w:r w:rsidR="006625C1">
        <w:rPr>
          <w:sz w:val="24"/>
        </w:rPr>
        <w:t>_____________</w:t>
      </w:r>
      <w:r w:rsidRPr="006625C1">
        <w:rPr>
          <w:sz w:val="24"/>
        </w:rPr>
        <w:t>____ n. __</w:t>
      </w:r>
      <w:r w:rsidR="006625C1">
        <w:rPr>
          <w:sz w:val="24"/>
        </w:rPr>
        <w:t>___</w:t>
      </w:r>
      <w:r w:rsidRPr="006625C1">
        <w:rPr>
          <w:sz w:val="24"/>
        </w:rPr>
        <w:t>_____; tel. _______</w:t>
      </w:r>
      <w:r w:rsidR="006625C1">
        <w:rPr>
          <w:sz w:val="24"/>
        </w:rPr>
        <w:t>_________________</w:t>
      </w:r>
      <w:r w:rsidRPr="006625C1">
        <w:rPr>
          <w:sz w:val="24"/>
        </w:rPr>
        <w:t>____________;</w:t>
      </w:r>
    </w:p>
    <w:p w14:paraId="3E906F8A" w14:textId="0BE88A00" w:rsidR="00941138" w:rsidRDefault="00F755C1" w:rsidP="006625C1">
      <w:pPr>
        <w:pStyle w:val="Paragrafoelenco"/>
        <w:numPr>
          <w:ilvl w:val="0"/>
          <w:numId w:val="13"/>
        </w:numPr>
        <w:spacing w:line="360" w:lineRule="auto"/>
        <w:ind w:left="426"/>
      </w:pPr>
      <w:r w:rsidRPr="006625C1">
        <w:rPr>
          <w:sz w:val="24"/>
        </w:rPr>
        <w:t xml:space="preserve">di non aver </w:t>
      </w:r>
      <w:proofErr w:type="spellStart"/>
      <w:r w:rsidRPr="006625C1">
        <w:rPr>
          <w:sz w:val="24"/>
        </w:rPr>
        <w:t>riportato</w:t>
      </w:r>
      <w:proofErr w:type="spellEnd"/>
      <w:r w:rsidRPr="006625C1">
        <w:rPr>
          <w:sz w:val="24"/>
        </w:rPr>
        <w:t xml:space="preserve"> </w:t>
      </w:r>
      <w:proofErr w:type="spellStart"/>
      <w:r w:rsidRPr="006625C1">
        <w:rPr>
          <w:sz w:val="24"/>
        </w:rPr>
        <w:t>condanne</w:t>
      </w:r>
      <w:proofErr w:type="spellEnd"/>
      <w:r w:rsidRPr="006625C1">
        <w:rPr>
          <w:sz w:val="24"/>
        </w:rPr>
        <w:t xml:space="preserve"> </w:t>
      </w:r>
      <w:proofErr w:type="spellStart"/>
      <w:r w:rsidRPr="006625C1">
        <w:rPr>
          <w:sz w:val="24"/>
        </w:rPr>
        <w:t>penali</w:t>
      </w:r>
      <w:proofErr w:type="spellEnd"/>
      <w:r w:rsidRPr="006625C1">
        <w:rPr>
          <w:sz w:val="24"/>
        </w:rPr>
        <w:t xml:space="preserve"> e d</w:t>
      </w:r>
      <w:r w:rsidRPr="006625C1">
        <w:rPr>
          <w:sz w:val="24"/>
        </w:rPr>
        <w:t>i non avere procedimenti penali in corso.</w:t>
      </w:r>
    </w:p>
    <w:p w14:paraId="4613CF35" w14:textId="77777777" w:rsidR="00941138" w:rsidRPr="001B04DF" w:rsidRDefault="00941138">
      <w:pPr>
        <w:rPr>
          <w:sz w:val="10"/>
          <w:szCs w:val="10"/>
        </w:rPr>
      </w:pPr>
    </w:p>
    <w:p w14:paraId="01010870" w14:textId="5833AE8A" w:rsidR="00941138" w:rsidRDefault="006625C1">
      <w:r>
        <w:rPr>
          <w:sz w:val="24"/>
        </w:rPr>
        <w:t>_____________________</w:t>
      </w:r>
      <w:proofErr w:type="gramStart"/>
      <w:r>
        <w:rPr>
          <w:sz w:val="24"/>
        </w:rPr>
        <w:t xml:space="preserve">_  </w:t>
      </w:r>
      <w:proofErr w:type="spellStart"/>
      <w:r>
        <w:rPr>
          <w:sz w:val="24"/>
        </w:rPr>
        <w:t>Lì</w:t>
      </w:r>
      <w:proofErr w:type="spellEnd"/>
      <w:proofErr w:type="gramEnd"/>
      <w:r>
        <w:rPr>
          <w:sz w:val="24"/>
        </w:rPr>
        <w:t>, ________________________________</w:t>
      </w:r>
    </w:p>
    <w:p w14:paraId="1FAD5E8C" w14:textId="77777777" w:rsidR="00941138" w:rsidRPr="001B04DF" w:rsidRDefault="00941138">
      <w:pPr>
        <w:rPr>
          <w:sz w:val="10"/>
          <w:szCs w:val="10"/>
        </w:rPr>
      </w:pPr>
    </w:p>
    <w:p w14:paraId="5910DAA1" w14:textId="77777777" w:rsidR="00941138" w:rsidRDefault="00F755C1" w:rsidP="006625C1">
      <w:pPr>
        <w:ind w:left="4536"/>
        <w:jc w:val="center"/>
      </w:pPr>
      <w:r>
        <w:rPr>
          <w:sz w:val="24"/>
        </w:rPr>
        <w:t xml:space="preserve">Il </w:t>
      </w:r>
      <w:proofErr w:type="spellStart"/>
      <w:r>
        <w:rPr>
          <w:sz w:val="24"/>
        </w:rPr>
        <w:t>Dichiarante</w:t>
      </w:r>
      <w:proofErr w:type="spellEnd"/>
    </w:p>
    <w:p w14:paraId="76A0398D" w14:textId="77777777" w:rsidR="00941138" w:rsidRPr="001B04DF" w:rsidRDefault="00941138" w:rsidP="006625C1">
      <w:pPr>
        <w:ind w:left="4536"/>
        <w:jc w:val="center"/>
        <w:rPr>
          <w:sz w:val="10"/>
          <w:szCs w:val="10"/>
        </w:rPr>
      </w:pPr>
    </w:p>
    <w:p w14:paraId="7BCCBD52" w14:textId="77777777" w:rsidR="00941138" w:rsidRDefault="00F755C1" w:rsidP="006625C1">
      <w:pPr>
        <w:ind w:left="4536"/>
        <w:jc w:val="center"/>
      </w:pPr>
      <w:r>
        <w:rPr>
          <w:sz w:val="24"/>
        </w:rPr>
        <w:t>____________________________________</w:t>
      </w:r>
    </w:p>
    <w:p w14:paraId="7887F097" w14:textId="77777777" w:rsidR="00941138" w:rsidRDefault="00941138"/>
    <w:p w14:paraId="1225D029" w14:textId="77777777" w:rsidR="00941138" w:rsidRDefault="00F755C1">
      <w:r>
        <w:rPr>
          <w:b/>
          <w:sz w:val="24"/>
        </w:rPr>
        <w:t>ALLEGARE FOTOCOPIA CARTA D'IDENTITA' IN CORSO DI VALIDITA'</w:t>
      </w:r>
    </w:p>
    <w:sectPr w:rsidR="00941138" w:rsidSect="006625C1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63718B"/>
    <w:multiLevelType w:val="hybridMultilevel"/>
    <w:tmpl w:val="DAEC3BC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6A6EF8"/>
    <w:multiLevelType w:val="hybridMultilevel"/>
    <w:tmpl w:val="EFB6C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86AF7"/>
    <w:multiLevelType w:val="hybridMultilevel"/>
    <w:tmpl w:val="D9645AC4"/>
    <w:lvl w:ilvl="0" w:tplc="60785FF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D20C19"/>
    <w:multiLevelType w:val="hybridMultilevel"/>
    <w:tmpl w:val="BFFE0EDE"/>
    <w:lvl w:ilvl="0" w:tplc="60785FF6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04DF"/>
    <w:rsid w:val="0029639D"/>
    <w:rsid w:val="00326F90"/>
    <w:rsid w:val="004A1A3B"/>
    <w:rsid w:val="006625C1"/>
    <w:rsid w:val="00941138"/>
    <w:rsid w:val="00AA1D8D"/>
    <w:rsid w:val="00B47730"/>
    <w:rsid w:val="00CB0664"/>
    <w:rsid w:val="00F755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33CB7"/>
  <w14:defaultImageDpi w14:val="300"/>
  <w15:docId w15:val="{F0A9ECE3-5680-486E-B029-01D88709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8DEEE2-E7C1-4C96-B85E-9241F41A8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1740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ODAF UDINE</cp:lastModifiedBy>
  <cp:revision>2</cp:revision>
  <dcterms:created xsi:type="dcterms:W3CDTF">2026-09-30T10:06:00Z</dcterms:created>
  <dcterms:modified xsi:type="dcterms:W3CDTF">2026-09-30T10:06:00Z</dcterms:modified>
  <cp:category/>
</cp:coreProperties>
</file>